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69306" w14:textId="77777777" w:rsidR="00C215F1" w:rsidRDefault="00863535">
      <w:pPr>
        <w:jc w:val="center"/>
      </w:pPr>
      <w:bookmarkStart w:id="0" w:name="_GoBack"/>
      <w:bookmarkEnd w:id="0"/>
      <w:r>
        <w:rPr>
          <w:b/>
        </w:rPr>
        <w:t>Заявление – анкета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2"/>
      </w:tblGrid>
      <w:tr w:rsidR="00C215F1" w:rsidRPr="009751C5" w14:paraId="024F0507" w14:textId="77777777">
        <w:tc>
          <w:tcPr>
            <w:tcW w:w="10652" w:type="dxa"/>
          </w:tcPr>
          <w:p w14:paraId="1A532213" w14:textId="77777777" w:rsidR="00C215F1" w:rsidRPr="009751C5" w:rsidRDefault="00863535" w:rsidP="009751C5">
            <w:pPr>
              <w:spacing w:after="0"/>
              <w:rPr>
                <w:b/>
                <w:bCs/>
              </w:rPr>
            </w:pPr>
            <w:r w:rsidRPr="009751C5">
              <w:rPr>
                <w:b/>
                <w:bCs/>
              </w:rPr>
              <w:t>1. Фамилия, имя, отчество (полностью)</w:t>
            </w:r>
          </w:p>
        </w:tc>
      </w:tr>
      <w:tr w:rsidR="00C215F1" w:rsidRPr="00F516F5" w14:paraId="5BBB3951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2C809404" w14:textId="77777777" w:rsidR="00C215F1" w:rsidRPr="00F516F5" w:rsidRDefault="00C215F1" w:rsidP="009751C5">
            <w:pPr>
              <w:spacing w:after="0"/>
            </w:pPr>
          </w:p>
        </w:tc>
      </w:tr>
      <w:tr w:rsidR="00C215F1" w:rsidRPr="009751C5" w14:paraId="7079F91A" w14:textId="77777777">
        <w:tc>
          <w:tcPr>
            <w:tcW w:w="10652" w:type="dxa"/>
          </w:tcPr>
          <w:p w14:paraId="3892BD6E" w14:textId="77777777" w:rsidR="00C215F1" w:rsidRPr="009751C5" w:rsidRDefault="00863535" w:rsidP="009751C5">
            <w:pPr>
              <w:spacing w:after="0"/>
              <w:rPr>
                <w:b/>
                <w:bCs/>
              </w:rPr>
            </w:pPr>
            <w:r w:rsidRPr="009751C5">
              <w:rPr>
                <w:b/>
                <w:bCs/>
              </w:rPr>
              <w:t>2. Контактный телефон</w:t>
            </w:r>
          </w:p>
        </w:tc>
      </w:tr>
      <w:tr w:rsidR="00C215F1" w:rsidRPr="009751C5" w14:paraId="15C6854B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125659FA" w14:textId="77777777" w:rsidR="00C215F1" w:rsidRPr="009751C5" w:rsidRDefault="00C215F1" w:rsidP="009751C5">
            <w:pPr>
              <w:spacing w:after="0"/>
              <w:rPr>
                <w:b/>
                <w:bCs/>
              </w:rPr>
            </w:pPr>
          </w:p>
        </w:tc>
      </w:tr>
      <w:tr w:rsidR="00C215F1" w:rsidRPr="009751C5" w14:paraId="665EB2CC" w14:textId="77777777">
        <w:tc>
          <w:tcPr>
            <w:tcW w:w="10652" w:type="dxa"/>
          </w:tcPr>
          <w:p w14:paraId="7BF44DEF" w14:textId="77777777" w:rsidR="00C215F1" w:rsidRPr="009751C5" w:rsidRDefault="00863535" w:rsidP="009751C5">
            <w:pPr>
              <w:spacing w:after="0"/>
              <w:rPr>
                <w:b/>
                <w:bCs/>
              </w:rPr>
            </w:pPr>
            <w:r w:rsidRPr="009751C5">
              <w:rPr>
                <w:b/>
                <w:bCs/>
              </w:rPr>
              <w:t>3. Адрес электронной почты</w:t>
            </w:r>
          </w:p>
        </w:tc>
      </w:tr>
      <w:tr w:rsidR="00C215F1" w:rsidRPr="009751C5" w14:paraId="065FFD24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59FE2861" w14:textId="77777777" w:rsidR="00C215F1" w:rsidRPr="009751C5" w:rsidRDefault="00C215F1" w:rsidP="009751C5">
            <w:pPr>
              <w:spacing w:after="0"/>
              <w:rPr>
                <w:b/>
                <w:bCs/>
              </w:rPr>
            </w:pPr>
          </w:p>
        </w:tc>
      </w:tr>
      <w:tr w:rsidR="00C215F1" w:rsidRPr="009751C5" w14:paraId="3FE7933A" w14:textId="77777777">
        <w:tc>
          <w:tcPr>
            <w:tcW w:w="10652" w:type="dxa"/>
          </w:tcPr>
          <w:p w14:paraId="2B7EF0C6" w14:textId="77777777" w:rsidR="00C215F1" w:rsidRPr="009751C5" w:rsidRDefault="00863535" w:rsidP="009751C5">
            <w:pPr>
              <w:spacing w:after="0"/>
              <w:rPr>
                <w:b/>
                <w:bCs/>
              </w:rPr>
            </w:pPr>
            <w:r w:rsidRPr="009751C5">
              <w:rPr>
                <w:b/>
                <w:bCs/>
              </w:rPr>
              <w:t>4. Адрес дома</w:t>
            </w:r>
          </w:p>
        </w:tc>
      </w:tr>
      <w:tr w:rsidR="00C215F1" w:rsidRPr="009751C5" w14:paraId="762305F3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3207F3DC" w14:textId="77777777" w:rsidR="00C215F1" w:rsidRPr="009751C5" w:rsidRDefault="00C215F1" w:rsidP="009751C5">
            <w:pPr>
              <w:spacing w:after="0"/>
              <w:rPr>
                <w:b/>
                <w:bCs/>
              </w:rPr>
            </w:pPr>
          </w:p>
        </w:tc>
      </w:tr>
      <w:tr w:rsidR="00C215F1" w:rsidRPr="007F0FEA" w14:paraId="2A1E2280" w14:textId="77777777">
        <w:tc>
          <w:tcPr>
            <w:tcW w:w="10652" w:type="dxa"/>
          </w:tcPr>
          <w:p w14:paraId="38A842F9" w14:textId="77777777" w:rsidR="00C215F1" w:rsidRPr="009751C5" w:rsidRDefault="00863535" w:rsidP="009751C5">
            <w:pPr>
              <w:spacing w:after="0"/>
              <w:rPr>
                <w:b/>
                <w:bCs/>
                <w:lang w:val="ru-RU"/>
              </w:rPr>
            </w:pPr>
            <w:r w:rsidRPr="009751C5">
              <w:rPr>
                <w:b/>
                <w:bCs/>
                <w:lang w:val="ru-RU"/>
              </w:rPr>
              <w:t>5. Количество этажей в вашем доме</w:t>
            </w:r>
          </w:p>
        </w:tc>
      </w:tr>
      <w:tr w:rsidR="00C215F1" w:rsidRPr="007F0FEA" w14:paraId="62653B2B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611E4C62" w14:textId="77777777" w:rsidR="00C215F1" w:rsidRPr="009751C5" w:rsidRDefault="00C215F1" w:rsidP="009751C5">
            <w:pPr>
              <w:spacing w:after="0"/>
              <w:rPr>
                <w:b/>
                <w:bCs/>
                <w:lang w:val="ru-RU"/>
              </w:rPr>
            </w:pPr>
          </w:p>
        </w:tc>
      </w:tr>
      <w:tr w:rsidR="00C215F1" w:rsidRPr="007F0FEA" w14:paraId="53F653E3" w14:textId="77777777">
        <w:tc>
          <w:tcPr>
            <w:tcW w:w="10652" w:type="dxa"/>
          </w:tcPr>
          <w:p w14:paraId="609BCC37" w14:textId="77777777" w:rsidR="00C215F1" w:rsidRPr="009751C5" w:rsidRDefault="00863535" w:rsidP="009751C5">
            <w:pPr>
              <w:spacing w:after="0"/>
              <w:rPr>
                <w:b/>
                <w:bCs/>
                <w:lang w:val="ru-RU"/>
              </w:rPr>
            </w:pPr>
            <w:r w:rsidRPr="009751C5">
              <w:rPr>
                <w:b/>
                <w:bCs/>
                <w:lang w:val="ru-RU"/>
              </w:rPr>
              <w:t>6. Количество подъездов в вашем доме</w:t>
            </w:r>
          </w:p>
        </w:tc>
      </w:tr>
      <w:tr w:rsidR="00C215F1" w:rsidRPr="007F0FEA" w14:paraId="27CC4FF6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2BFD199C" w14:textId="77777777" w:rsidR="00C215F1" w:rsidRPr="009751C5" w:rsidRDefault="00C215F1" w:rsidP="009751C5">
            <w:pPr>
              <w:spacing w:after="0"/>
              <w:rPr>
                <w:b/>
                <w:bCs/>
                <w:lang w:val="ru-RU"/>
              </w:rPr>
            </w:pPr>
          </w:p>
        </w:tc>
      </w:tr>
      <w:tr w:rsidR="00C215F1" w:rsidRPr="009751C5" w14:paraId="63562D12" w14:textId="77777777">
        <w:tc>
          <w:tcPr>
            <w:tcW w:w="10652" w:type="dxa"/>
          </w:tcPr>
          <w:p w14:paraId="6424657C" w14:textId="77777777" w:rsidR="00C215F1" w:rsidRPr="009751C5" w:rsidRDefault="00863535" w:rsidP="009751C5">
            <w:pPr>
              <w:spacing w:after="0"/>
              <w:rPr>
                <w:b/>
                <w:bCs/>
              </w:rPr>
            </w:pPr>
            <w:r w:rsidRPr="009751C5">
              <w:rPr>
                <w:b/>
                <w:bCs/>
                <w:lang w:val="ru-RU"/>
              </w:rPr>
              <w:t xml:space="preserve">7. Укажите номера ближайших домов, формирующих дворовую территорию </w:t>
            </w:r>
            <w:r w:rsidRPr="009751C5">
              <w:rPr>
                <w:b/>
                <w:bCs/>
              </w:rPr>
              <w:t>(</w:t>
            </w:r>
            <w:proofErr w:type="spellStart"/>
            <w:r w:rsidRPr="009751C5">
              <w:rPr>
                <w:b/>
                <w:bCs/>
              </w:rPr>
              <w:t>если</w:t>
            </w:r>
            <w:proofErr w:type="spellEnd"/>
            <w:r w:rsidRPr="009751C5">
              <w:rPr>
                <w:b/>
                <w:bCs/>
              </w:rPr>
              <w:t xml:space="preserve"> </w:t>
            </w:r>
            <w:proofErr w:type="spellStart"/>
            <w:r w:rsidRPr="009751C5">
              <w:rPr>
                <w:b/>
                <w:bCs/>
              </w:rPr>
              <w:t>такие</w:t>
            </w:r>
            <w:proofErr w:type="spellEnd"/>
            <w:r w:rsidRPr="009751C5">
              <w:rPr>
                <w:b/>
                <w:bCs/>
              </w:rPr>
              <w:t xml:space="preserve"> </w:t>
            </w:r>
            <w:proofErr w:type="spellStart"/>
            <w:r w:rsidRPr="009751C5">
              <w:rPr>
                <w:b/>
                <w:bCs/>
              </w:rPr>
              <w:t>имеются</w:t>
            </w:r>
            <w:proofErr w:type="spellEnd"/>
            <w:r w:rsidRPr="009751C5">
              <w:rPr>
                <w:b/>
                <w:bCs/>
              </w:rPr>
              <w:t>)</w:t>
            </w:r>
          </w:p>
        </w:tc>
      </w:tr>
      <w:tr w:rsidR="00C215F1" w:rsidRPr="009751C5" w14:paraId="73C3F9DC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7C0C025F" w14:textId="77777777" w:rsidR="00C215F1" w:rsidRPr="009751C5" w:rsidRDefault="00C215F1" w:rsidP="009751C5">
            <w:pPr>
              <w:spacing w:after="0"/>
              <w:rPr>
                <w:b/>
                <w:bCs/>
              </w:rPr>
            </w:pPr>
          </w:p>
        </w:tc>
      </w:tr>
      <w:tr w:rsidR="00C215F1" w:rsidRPr="009751C5" w14:paraId="24EF9CEA" w14:textId="77777777">
        <w:tc>
          <w:tcPr>
            <w:tcW w:w="10652" w:type="dxa"/>
          </w:tcPr>
          <w:p w14:paraId="405556CC" w14:textId="77777777" w:rsidR="00C215F1" w:rsidRPr="009751C5" w:rsidRDefault="00863535" w:rsidP="009751C5">
            <w:pPr>
              <w:spacing w:after="0"/>
              <w:rPr>
                <w:b/>
                <w:bCs/>
              </w:rPr>
            </w:pPr>
            <w:r w:rsidRPr="009751C5">
              <w:rPr>
                <w:b/>
                <w:bCs/>
              </w:rPr>
              <w:t>8. Описание дворовой территории</w:t>
            </w:r>
          </w:p>
        </w:tc>
      </w:tr>
      <w:tr w:rsidR="00C215F1" w:rsidRPr="009751C5" w14:paraId="5DEA6AB1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17637774" w14:textId="77777777" w:rsidR="00C215F1" w:rsidRPr="009751C5" w:rsidRDefault="00C215F1" w:rsidP="009751C5">
            <w:pPr>
              <w:spacing w:after="0"/>
              <w:rPr>
                <w:b/>
                <w:bCs/>
              </w:rPr>
            </w:pPr>
          </w:p>
        </w:tc>
      </w:tr>
      <w:tr w:rsidR="00C215F1" w:rsidRPr="009751C5" w14:paraId="33EC70E1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050BE212" w14:textId="77777777" w:rsidR="00C215F1" w:rsidRPr="009751C5" w:rsidRDefault="00C215F1" w:rsidP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1E4857FE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1DE96805" w14:textId="77777777" w:rsidR="009751C5" w:rsidRPr="009751C5" w:rsidRDefault="009751C5" w:rsidP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4AC00E7F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44BE11DC" w14:textId="77777777" w:rsidR="009751C5" w:rsidRPr="009751C5" w:rsidRDefault="009751C5" w:rsidP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5E80DCB0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54FF3AD5" w14:textId="77777777" w:rsidR="009751C5" w:rsidRPr="009751C5" w:rsidRDefault="009751C5" w:rsidP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4A16121B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3B551511" w14:textId="77777777" w:rsidR="009751C5" w:rsidRPr="009751C5" w:rsidRDefault="009751C5" w:rsidP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01B95551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4298F9F0" w14:textId="77777777" w:rsidR="009751C5" w:rsidRPr="009751C5" w:rsidRDefault="009751C5" w:rsidP="009751C5">
            <w:pPr>
              <w:spacing w:after="0"/>
              <w:rPr>
                <w:b/>
                <w:bCs/>
              </w:rPr>
            </w:pPr>
          </w:p>
        </w:tc>
      </w:tr>
      <w:tr w:rsidR="00C215F1" w:rsidRPr="009751C5" w14:paraId="4874761A" w14:textId="77777777">
        <w:tc>
          <w:tcPr>
            <w:tcW w:w="10652" w:type="dxa"/>
            <w:tcBorders>
              <w:bottom w:val="single" w:sz="8" w:space="0" w:color="000000"/>
            </w:tcBorders>
          </w:tcPr>
          <w:p w14:paraId="10B34541" w14:textId="77777777" w:rsidR="00C215F1" w:rsidRPr="009751C5" w:rsidRDefault="00C215F1" w:rsidP="009751C5">
            <w:pPr>
              <w:spacing w:after="0"/>
              <w:rPr>
                <w:b/>
                <w:bCs/>
              </w:rPr>
            </w:pPr>
          </w:p>
        </w:tc>
      </w:tr>
    </w:tbl>
    <w:p w14:paraId="36E392B8" w14:textId="77777777" w:rsidR="00C215F1" w:rsidRPr="009751C5" w:rsidRDefault="00863535" w:rsidP="009751C5">
      <w:pPr>
        <w:spacing w:after="0"/>
        <w:rPr>
          <w:b/>
          <w:bCs/>
          <w:lang w:val="ru-RU"/>
        </w:rPr>
      </w:pPr>
      <w:r w:rsidRPr="009751C5">
        <w:rPr>
          <w:b/>
          <w:bCs/>
          <w:lang w:val="ru-RU"/>
        </w:rPr>
        <w:t>9. Какой перечень работ вы считаете необходимым выполнить в вашем дворе?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C215F1" w14:paraId="79A3296F" w14:textId="77777777">
        <w:tc>
          <w:tcPr>
            <w:tcW w:w="5326" w:type="dxa"/>
          </w:tcPr>
          <w:p w14:paraId="53807D6D" w14:textId="77777777" w:rsidR="00C215F1" w:rsidRDefault="00863535" w:rsidP="009751C5">
            <w:pPr>
              <w:spacing w:after="0"/>
            </w:pPr>
            <w:r>
              <w:t xml:space="preserve">а) </w:t>
            </w:r>
            <w:proofErr w:type="spellStart"/>
            <w:r>
              <w:t>асфальтирование</w:t>
            </w:r>
            <w:proofErr w:type="spellEnd"/>
            <w:r>
              <w:t xml:space="preserve"> </w:t>
            </w:r>
            <w:proofErr w:type="spellStart"/>
            <w:r>
              <w:t>дворовых</w:t>
            </w:r>
            <w:proofErr w:type="spellEnd"/>
            <w:r>
              <w:t xml:space="preserve"> </w:t>
            </w:r>
            <w:proofErr w:type="spellStart"/>
            <w:r>
              <w:t>проездов</w:t>
            </w:r>
            <w:proofErr w:type="spellEnd"/>
          </w:p>
        </w:tc>
        <w:tc>
          <w:tcPr>
            <w:tcW w:w="5326" w:type="dxa"/>
          </w:tcPr>
          <w:p w14:paraId="03589D9C" w14:textId="77777777" w:rsidR="00C215F1" w:rsidRDefault="00863535" w:rsidP="009751C5">
            <w:pPr>
              <w:spacing w:after="0"/>
              <w:jc w:val="right"/>
            </w:pPr>
            <w:r>
              <w:t>☐</w:t>
            </w:r>
          </w:p>
        </w:tc>
      </w:tr>
      <w:tr w:rsidR="00C215F1" w14:paraId="105D9E57" w14:textId="77777777">
        <w:tc>
          <w:tcPr>
            <w:tcW w:w="5326" w:type="dxa"/>
          </w:tcPr>
          <w:p w14:paraId="03797745" w14:textId="77777777" w:rsidR="00C215F1" w:rsidRDefault="00863535" w:rsidP="009751C5">
            <w:pPr>
              <w:spacing w:after="0"/>
            </w:pPr>
            <w:r>
              <w:t xml:space="preserve">б) </w:t>
            </w:r>
            <w:r>
              <w:t>освещение</w:t>
            </w:r>
          </w:p>
        </w:tc>
        <w:tc>
          <w:tcPr>
            <w:tcW w:w="5326" w:type="dxa"/>
          </w:tcPr>
          <w:p w14:paraId="65E153ED" w14:textId="77777777" w:rsidR="00C215F1" w:rsidRDefault="00863535" w:rsidP="009751C5">
            <w:pPr>
              <w:spacing w:after="0"/>
              <w:jc w:val="right"/>
            </w:pPr>
            <w:r>
              <w:t>☐</w:t>
            </w:r>
          </w:p>
        </w:tc>
      </w:tr>
      <w:tr w:rsidR="00C215F1" w14:paraId="67BA8906" w14:textId="77777777">
        <w:tc>
          <w:tcPr>
            <w:tcW w:w="5326" w:type="dxa"/>
          </w:tcPr>
          <w:p w14:paraId="72903104" w14:textId="77777777" w:rsidR="00C215F1" w:rsidRDefault="00863535" w:rsidP="009751C5">
            <w:pPr>
              <w:spacing w:after="0"/>
            </w:pPr>
            <w:r>
              <w:t>в) установка скамеек</w:t>
            </w:r>
          </w:p>
        </w:tc>
        <w:tc>
          <w:tcPr>
            <w:tcW w:w="5326" w:type="dxa"/>
          </w:tcPr>
          <w:p w14:paraId="20B55640" w14:textId="77777777" w:rsidR="00C215F1" w:rsidRDefault="00863535" w:rsidP="009751C5">
            <w:pPr>
              <w:spacing w:after="0"/>
              <w:jc w:val="right"/>
            </w:pPr>
            <w:r>
              <w:t>☐</w:t>
            </w:r>
          </w:p>
        </w:tc>
      </w:tr>
      <w:tr w:rsidR="00C215F1" w14:paraId="0E22781F" w14:textId="77777777">
        <w:tc>
          <w:tcPr>
            <w:tcW w:w="5326" w:type="dxa"/>
          </w:tcPr>
          <w:p w14:paraId="7A2798B9" w14:textId="77777777" w:rsidR="00C215F1" w:rsidRPr="009751C5" w:rsidRDefault="00863535" w:rsidP="009751C5">
            <w:pPr>
              <w:spacing w:after="0"/>
              <w:rPr>
                <w:lang w:val="ru-RU"/>
              </w:rPr>
            </w:pPr>
            <w:r w:rsidRPr="009751C5">
              <w:rPr>
                <w:lang w:val="ru-RU"/>
              </w:rPr>
              <w:t>г) установка урн для мусора</w:t>
            </w:r>
          </w:p>
        </w:tc>
        <w:tc>
          <w:tcPr>
            <w:tcW w:w="5326" w:type="dxa"/>
          </w:tcPr>
          <w:p w14:paraId="5C1AE079" w14:textId="77777777" w:rsidR="00C215F1" w:rsidRDefault="00863535" w:rsidP="009751C5">
            <w:pPr>
              <w:spacing w:after="0"/>
              <w:jc w:val="right"/>
            </w:pPr>
            <w:r>
              <w:t>☐</w:t>
            </w:r>
          </w:p>
        </w:tc>
      </w:tr>
      <w:tr w:rsidR="00C215F1" w14:paraId="0C62D33C" w14:textId="77777777">
        <w:tc>
          <w:tcPr>
            <w:tcW w:w="5326" w:type="dxa"/>
          </w:tcPr>
          <w:p w14:paraId="5B6701E5" w14:textId="77777777" w:rsidR="00C215F1" w:rsidRPr="009751C5" w:rsidRDefault="00863535" w:rsidP="009751C5">
            <w:pPr>
              <w:spacing w:after="0"/>
              <w:rPr>
                <w:lang w:val="ru-RU"/>
              </w:rPr>
            </w:pPr>
            <w:r w:rsidRPr="009751C5">
              <w:rPr>
                <w:lang w:val="ru-RU"/>
              </w:rPr>
              <w:t>д) прочее (укажите свой вариант)</w:t>
            </w:r>
          </w:p>
        </w:tc>
        <w:tc>
          <w:tcPr>
            <w:tcW w:w="5326" w:type="dxa"/>
          </w:tcPr>
          <w:p w14:paraId="19C096B8" w14:textId="77777777" w:rsidR="00C215F1" w:rsidRDefault="00863535" w:rsidP="009751C5">
            <w:pPr>
              <w:spacing w:after="0"/>
              <w:jc w:val="right"/>
            </w:pPr>
            <w:r>
              <w:t>☐</w:t>
            </w:r>
          </w:p>
        </w:tc>
      </w:tr>
      <w:tr w:rsidR="00C215F1" w14:paraId="463B8B80" w14:textId="77777777">
        <w:tc>
          <w:tcPr>
            <w:tcW w:w="10652" w:type="dxa"/>
            <w:gridSpan w:val="2"/>
          </w:tcPr>
          <w:p w14:paraId="464E55BA" w14:textId="77777777" w:rsidR="00C215F1" w:rsidRDefault="00C215F1" w:rsidP="009751C5">
            <w:pPr>
              <w:spacing w:after="0"/>
            </w:pPr>
          </w:p>
        </w:tc>
      </w:tr>
      <w:tr w:rsidR="009751C5" w:rsidRPr="009751C5" w14:paraId="443FAEB4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4FE5F6F3" w14:textId="77777777" w:rsidR="009751C5" w:rsidRPr="009751C5" w:rsidRDefault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4F127A0F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5A1E14D8" w14:textId="77777777" w:rsidR="009751C5" w:rsidRPr="009751C5" w:rsidRDefault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5C63B2D6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527E8FE9" w14:textId="77777777" w:rsidR="009751C5" w:rsidRPr="009751C5" w:rsidRDefault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513C1F35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18F02EB2" w14:textId="77777777" w:rsidR="009751C5" w:rsidRPr="009751C5" w:rsidRDefault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62CAAB42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357EF6B1" w14:textId="77777777" w:rsidR="009751C5" w:rsidRPr="009751C5" w:rsidRDefault="009751C5">
            <w:pPr>
              <w:spacing w:after="0"/>
              <w:rPr>
                <w:b/>
                <w:bCs/>
              </w:rPr>
            </w:pPr>
          </w:p>
        </w:tc>
      </w:tr>
      <w:tr w:rsidR="009751C5" w:rsidRPr="009751C5" w14:paraId="18D2FB10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6ECF112E" w14:textId="77777777" w:rsidR="009751C5" w:rsidRPr="009751C5" w:rsidRDefault="009751C5">
            <w:pPr>
              <w:spacing w:after="0"/>
              <w:rPr>
                <w:b/>
                <w:bCs/>
              </w:rPr>
            </w:pPr>
          </w:p>
        </w:tc>
      </w:tr>
      <w:tr w:rsidR="00C215F1" w14:paraId="043AFE14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7563798D" w14:textId="77777777" w:rsidR="00C215F1" w:rsidRDefault="00C215F1" w:rsidP="009751C5">
            <w:pPr>
              <w:spacing w:after="0"/>
            </w:pPr>
          </w:p>
        </w:tc>
      </w:tr>
      <w:tr w:rsidR="00C215F1" w14:paraId="24BBF2BC" w14:textId="77777777" w:rsidTr="009751C5">
        <w:tc>
          <w:tcPr>
            <w:tcW w:w="10652" w:type="dxa"/>
            <w:gridSpan w:val="2"/>
          </w:tcPr>
          <w:p w14:paraId="6631EF73" w14:textId="77777777" w:rsidR="00C215F1" w:rsidRPr="009751C5" w:rsidRDefault="00C215F1" w:rsidP="009751C5">
            <w:pPr>
              <w:spacing w:after="0"/>
              <w:rPr>
                <w:lang w:val="ru-RU"/>
              </w:rPr>
            </w:pPr>
          </w:p>
        </w:tc>
      </w:tr>
      <w:tr w:rsidR="009751C5" w14:paraId="2DE5F9BA" w14:textId="77777777">
        <w:tc>
          <w:tcPr>
            <w:tcW w:w="10652" w:type="dxa"/>
            <w:gridSpan w:val="2"/>
            <w:tcBorders>
              <w:bottom w:val="single" w:sz="8" w:space="0" w:color="000000"/>
            </w:tcBorders>
          </w:tcPr>
          <w:p w14:paraId="1F9EE5E3" w14:textId="77777777" w:rsidR="009751C5" w:rsidRPr="009751C5" w:rsidRDefault="009751C5" w:rsidP="009751C5">
            <w:pPr>
              <w:spacing w:after="0"/>
              <w:rPr>
                <w:lang w:val="ru-RU"/>
              </w:rPr>
            </w:pPr>
          </w:p>
        </w:tc>
      </w:tr>
    </w:tbl>
    <w:p w14:paraId="595BD59C" w14:textId="77777777" w:rsidR="00C215F1" w:rsidRPr="009751C5" w:rsidRDefault="00863535" w:rsidP="009751C5">
      <w:pPr>
        <w:spacing w:after="0"/>
        <w:rPr>
          <w:b/>
          <w:bCs/>
          <w:iCs/>
          <w:lang w:val="ru-RU"/>
        </w:rPr>
      </w:pPr>
      <w:r w:rsidRPr="009751C5">
        <w:rPr>
          <w:b/>
          <w:bCs/>
          <w:iCs/>
          <w:lang w:val="ru-RU"/>
        </w:rPr>
        <w:t>*Примечание: итоговый перечень работ по благоустройству дворовой территории должен быть утвержден общим собранием дома.</w:t>
      </w:r>
    </w:p>
    <w:sectPr w:rsidR="00C215F1" w:rsidRPr="009751C5" w:rsidSect="007F0FEA">
      <w:pgSz w:w="11906" w:h="16838" w:code="9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2259"/>
    <w:rsid w:val="006436FD"/>
    <w:rsid w:val="007D6644"/>
    <w:rsid w:val="007F0FEA"/>
    <w:rsid w:val="00863535"/>
    <w:rsid w:val="009751C5"/>
    <w:rsid w:val="00AA1D8D"/>
    <w:rsid w:val="00B47730"/>
    <w:rsid w:val="00C215F1"/>
    <w:rsid w:val="00CB0664"/>
    <w:rsid w:val="00F516F5"/>
    <w:rsid w:val="00FB41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79FA6"/>
  <w14:defaultImageDpi w14:val="300"/>
  <w15:docId w15:val="{D8FE33E6-B385-44EB-8BDF-D3631094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C4B37C-78EB-4FEB-BB8D-175E2B669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Андрейчиков Евгений Александрович</dc:creator>
  <cp:keywords/>
  <dc:description/>
  <cp:lastModifiedBy>Андрейчиков Евгений Александрович</cp:lastModifiedBy>
  <cp:revision>2</cp:revision>
  <cp:lastPrinted>2026-08-17T08:03:00Z</cp:lastPrinted>
  <dcterms:created xsi:type="dcterms:W3CDTF">2026-08-17T08:04:00Z</dcterms:created>
  <dcterms:modified xsi:type="dcterms:W3CDTF">2026-08-17T08:04:00Z</dcterms:modified>
  <cp:category/>
</cp:coreProperties>
</file>